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0"/>
        <w:jc w:val="left"/>
      </w:pPr>
      <w:r>
        <w:t>Data:</w:t>
      </w:r>
    </w:p>
    <w:p>
      <w:pPr>
        <w:spacing w:after="0"/>
        <w:jc w:val="left"/>
      </w:pPr>
      <w:r>
        <w:t>Para: Diretoria Geral de Marítimos</w:t>
      </w:r>
    </w:p>
    <w:p>
      <w:pPr>
        <w:spacing w:after="400"/>
        <w:jc w:val="left"/>
      </w:pPr>
      <w:r>
        <w:t xml:space="preserve">        Autoridade Marítima do Panamá</w:t>
      </w:r>
    </w:p>
    <w:p>
      <w:pPr>
        <w:spacing w:after="280"/>
        <w:jc w:val="left"/>
      </w:pPr>
      <w:r>
        <w:t>Prezados senhores,</w:t>
      </w:r>
    </w:p>
    <w:p>
      <w:pPr>
        <w:spacing w:after="280"/>
        <w:jc w:val="both"/>
      </w:pPr>
      <w:r/>
      <w:r>
        <w:rPr>
          <w:b/>
        </w:rPr>
        <w:t>[NOME DA EMPRESA OU DO TRIPULANTE]</w:t>
      </w:r>
      <w:r>
        <w:t xml:space="preserve"> autoriza a </w:t>
      </w:r>
      <w:r>
        <w:rPr>
          <w:b/>
        </w:rPr>
        <w:t>IM GLOBAL SOLUTIONS LLC</w:t>
      </w:r>
      <w:r>
        <w:t xml:space="preserve">, representada por sua Founder &amp; Managing Director, Sra. </w:t>
      </w:r>
      <w:r>
        <w:rPr>
          <w:b/>
        </w:rPr>
        <w:t>Indira Cedeño McKnight</w:t>
      </w:r>
      <w:r>
        <w:t xml:space="preserve">, a submeter a solicitação de Licença / Caderneta de Marinheiro do Panamá, duplicados e endossos de cursos em nome do(a) Sr.(a) </w:t>
      </w:r>
      <w:r>
        <w:rPr>
          <w:b/>
        </w:rPr>
        <w:t>[NOME COMPLETO IGUAL AO PASSAPORTE]</w:t>
      </w:r>
      <w:r>
        <w:t xml:space="preserve">, de nacionalidade </w:t>
      </w:r>
      <w:r>
        <w:rPr>
          <w:b/>
        </w:rPr>
        <w:t>[NACIONALIDADE]</w:t>
      </w:r>
      <w:r>
        <w:t xml:space="preserve">, portador(a) do passaporte n.º </w:t>
      </w:r>
      <w:r>
        <w:rPr>
          <w:b/>
        </w:rPr>
        <w:t>[NÚMERO DO PASSAPORTE]</w:t>
      </w:r>
      <w:r>
        <w:t>.</w:t>
      </w:r>
    </w:p>
    <w:p>
      <w:pPr>
        <w:spacing w:after="440"/>
        <w:jc w:val="both"/>
      </w:pPr>
      <w:r>
        <w:t xml:space="preserve">O(A) Sr.(a) </w:t>
      </w:r>
      <w:r>
        <w:rPr>
          <w:b/>
        </w:rPr>
        <w:t>[NOME COMPLETO IGUAL AO PASSAPORTE]</w:t>
      </w:r>
      <w:r>
        <w:t xml:space="preserve"> possui </w:t>
      </w:r>
      <w:r>
        <w:rPr>
          <w:b/>
        </w:rPr>
        <w:t>[TEMPO: ANOS / MESES]</w:t>
      </w:r>
      <w:r>
        <w:t xml:space="preserve"> de experiência na função de </w:t>
      </w:r>
      <w:r>
        <w:rPr>
          <w:b/>
        </w:rPr>
        <w:t>[POSIÇÃO / CARGO]</w:t>
      </w:r>
      <w:r>
        <w:t xml:space="preserve">, sendo profissional confiável e responsável. Anexamos os certificados e documentos correspondentes para solicitar a licença panamenha de </w:t>
      </w:r>
      <w:r>
        <w:rPr>
          <w:b/>
        </w:rPr>
        <w:t>[POSIÇÃO / CARGO]</w:t>
      </w:r>
      <w:r>
        <w:t>.</w:t>
      </w:r>
    </w:p>
    <w:p>
      <w:pPr>
        <w:spacing w:after="800"/>
        <w:jc w:val="left"/>
      </w:pPr>
      <w:r>
        <w:t>Atenciosamente,</w:t>
      </w:r>
    </w:p>
    <w:p>
      <w:pPr>
        <w:spacing w:after="80"/>
        <w:jc w:val="left"/>
      </w:pPr>
      <w:r>
        <w:t>_______________________________________</w:t>
      </w:r>
    </w:p>
    <w:p>
      <w:pPr>
        <w:spacing w:after="0"/>
        <w:jc w:val="left"/>
      </w:pPr>
      <w:r>
        <w:t>Assinatura</w:t>
      </w:r>
    </w:p>
    <w:p>
      <w:pPr>
        <w:spacing w:after="0"/>
        <w:jc w:val="left"/>
      </w:pPr>
      <w:r>
        <w:t>Nome:</w:t>
      </w:r>
    </w:p>
    <w:p>
      <w:pPr>
        <w:spacing w:after="0"/>
        <w:jc w:val="left"/>
      </w:pPr>
      <w:r>
        <w:t>Empresa:</w:t>
      </w:r>
    </w:p>
    <w:p>
      <w:pPr>
        <w:spacing w:after="0"/>
        <w:jc w:val="left"/>
      </w:pPr>
      <w:r>
        <w:t>Posição na empresa ou a bordo:</w:t>
      </w:r>
    </w:p>
    <w:p>
      <w:r>
        <w:br w:type="page"/>
      </w:r>
    </w:p>
    <w:p>
      <w:pPr>
        <w:spacing w:after="400"/>
        <w:jc w:val="left"/>
      </w:pPr>
      <w:r>
        <w:t>Date:</w:t>
      </w:r>
    </w:p>
    <w:p>
      <w:pPr>
        <w:spacing w:after="0"/>
        <w:jc w:val="left"/>
      </w:pPr>
      <w:r>
        <w:t>To: General Directorate Seafarers</w:t>
      </w:r>
    </w:p>
    <w:p>
      <w:pPr>
        <w:spacing w:after="400"/>
        <w:jc w:val="left"/>
      </w:pPr>
      <w:r>
        <w:t xml:space="preserve">       Maritime Authority of Panamá</w:t>
      </w:r>
    </w:p>
    <w:p>
      <w:pPr>
        <w:spacing w:after="280"/>
        <w:jc w:val="left"/>
      </w:pPr>
      <w:r>
        <w:t>Dear Sirs,</w:t>
      </w:r>
    </w:p>
    <w:p>
      <w:pPr>
        <w:spacing w:after="280"/>
        <w:jc w:val="both"/>
      </w:pPr>
      <w:r/>
      <w:r>
        <w:rPr>
          <w:b/>
        </w:rPr>
        <w:t>[COMPANY OR SEAFARER NAME]</w:t>
      </w:r>
      <w:r>
        <w:t xml:space="preserve"> authorizes </w:t>
      </w:r>
      <w:r>
        <w:rPr>
          <w:b/>
        </w:rPr>
        <w:t>IM GLOBAL SOLUTIONS LLC</w:t>
      </w:r>
      <w:r>
        <w:t xml:space="preserve">, represented by its Founder &amp; Managing Director, Mrs. </w:t>
      </w:r>
      <w:r>
        <w:rPr>
          <w:b/>
        </w:rPr>
        <w:t>Indira Cedeño McKnight</w:t>
      </w:r>
      <w:r>
        <w:t xml:space="preserve">, to submit the application for a Panamanian Seaman License / Book, duplicates and course endorsements on behalf of Mr./Ms. </w:t>
      </w:r>
      <w:r>
        <w:rPr>
          <w:b/>
        </w:rPr>
        <w:t>[FULL NAME AS IN PASSPORT]</w:t>
      </w:r>
      <w:r>
        <w:t xml:space="preserve">, citizen of </w:t>
      </w:r>
      <w:r>
        <w:rPr>
          <w:b/>
        </w:rPr>
        <w:t>[NATIONALITY]</w:t>
      </w:r>
      <w:r>
        <w:t xml:space="preserve">, holder of passport No. </w:t>
      </w:r>
      <w:r>
        <w:rPr>
          <w:b/>
        </w:rPr>
        <w:t>[PASSPORT NUMBER]</w:t>
      </w:r>
      <w:r>
        <w:t>.</w:t>
      </w:r>
    </w:p>
    <w:p>
      <w:pPr>
        <w:spacing w:after="440"/>
        <w:jc w:val="both"/>
      </w:pPr>
      <w:r>
        <w:t xml:space="preserve">Mr./Ms. </w:t>
      </w:r>
      <w:r>
        <w:rPr>
          <w:b/>
        </w:rPr>
        <w:t>[FULL NAME AS IN PASSPORT]</w:t>
      </w:r>
      <w:r>
        <w:t xml:space="preserve"> has </w:t>
      </w:r>
      <w:r>
        <w:rPr>
          <w:b/>
        </w:rPr>
        <w:t>[TIME: YEARS / MONTHS]</w:t>
      </w:r>
      <w:r>
        <w:t xml:space="preserve"> of experience as </w:t>
      </w:r>
      <w:r>
        <w:rPr>
          <w:b/>
        </w:rPr>
        <w:t>[POSITION / RANK]</w:t>
      </w:r>
      <w:r>
        <w:t xml:space="preserve">, being a dependable and reliable professional. We attach the corresponding certificates and documents to apply for the Panamanian </w:t>
      </w:r>
      <w:r>
        <w:rPr>
          <w:b/>
        </w:rPr>
        <w:t>[POSITION / RANK]</w:t>
      </w:r>
      <w:r>
        <w:t xml:space="preserve"> license.</w:t>
      </w:r>
    </w:p>
    <w:p>
      <w:pPr>
        <w:spacing w:after="800"/>
        <w:jc w:val="left"/>
      </w:pPr>
      <w:r>
        <w:t>Sincerely,</w:t>
      </w:r>
    </w:p>
    <w:p>
      <w:pPr>
        <w:spacing w:after="80"/>
        <w:jc w:val="left"/>
      </w:pPr>
      <w:r>
        <w:t>_______________________________________</w:t>
      </w:r>
    </w:p>
    <w:p>
      <w:pPr>
        <w:spacing w:after="0"/>
        <w:jc w:val="left"/>
      </w:pPr>
      <w:r>
        <w:t>Signature</w:t>
      </w:r>
    </w:p>
    <w:p>
      <w:pPr>
        <w:spacing w:after="0"/>
        <w:jc w:val="left"/>
      </w:pPr>
      <w:r>
        <w:t>Name:</w:t>
      </w:r>
    </w:p>
    <w:p>
      <w:pPr>
        <w:spacing w:after="0"/>
        <w:jc w:val="left"/>
      </w:pPr>
      <w:r>
        <w:t>Company:</w:t>
      </w:r>
    </w:p>
    <w:p>
      <w:pPr>
        <w:spacing w:after="0"/>
        <w:jc w:val="left"/>
      </w:pPr>
      <w:r>
        <w:t>Position in the company or on board: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